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תואר, פועל, תואר הפועל, מילת יחס וכינוי גוף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תואר לשם עצם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חלקי דיבר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כינוי גוף בא במקום שם של אדם או 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(תואר הפועל)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מתארת שם עצם ומראה איך הוא נראה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בדיקה: התאמה נכונה במין, מספר ויידוע בכל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כמו עם, על, ל שמקשרת בין שתי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התאמה נכונה ברבים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דבר, כינוי גוף מחליף שם של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קצר של זיהוי חלקי דיבר ממשפטים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כדי לתרגל הסבר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להתחיל מהחלק של זיהוי בסיסי ולדלג על חלק הכתיבה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חלקי הדיבר השונים בעברית – שם עצם, שם תואר, פועל, תואר הפועל, מילת יחס וכינוי גוף. נשים לב במיוחד להתאמה בין שם התואר לשם העצם במין, במספר וביידוע.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היא  ·  מהר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מהמילים הבאות יש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היא תואר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לשם העצם שהוא מתאר במין, במספר וביידוע.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כינוי גוף יכול להחליף שם עצם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הילדים רצו __________ אל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הולכת לבית הספר כל 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תואר הפועל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למה המילה גדול היא שם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שבכל אחד מהם שם תואר מתאים לשם העצם במין, במספר וביידוע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יחס ולמילה שהיא מקשרת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עם שם תואר שמתאים לשם עצם ברבים זכר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