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תואר, פועל, תואר הפועל, מילת יחס וכינוי גוף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תואר לשם עצם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חלקי דיבר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מילת יחס מקשרת בין מילים ומראה יחס, לא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כינוי גוף בא במקום שם של אדם או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תואר הפועל מתאר פועל או פעולה, לא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מתקיימת ההתאמה ביידוע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(תואר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(מילת יחס)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מתארת שם עצם ומראה איך הוא נראה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הבנות החכמות 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פועל מבטא פעולה, תואר הפועל מתאר איך נעשית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בדיקה: התאמה נכונה במין, מספר ויידוע בכל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בדיקה: שלושה תארים מתאימים עם הטיה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כמו עם, על, ל שמקשרת בין שתי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נכונה ברבים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דבר, כינוי גוף מחליף שם של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קצר של זיהוי חלקי דיבר ממשפטים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כדי לתרגל הסבר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להתחיל מהחלק של זיהוי בסיסי ולדלג על חלק הכתיבה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מילים שונות במשפט: שם של דבר, מילה שמתארת, מילה של פעולה ועוד. נתרגל גם איך מתאימים מילה מתארת למילה שהיא מתארת.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בעל חיים, חפץ או מושג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שמבטאת פעולה או 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שמקשרת בין מילים ומראה יחס, כמו על, עם, 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אדם, כמו אני, הוא, 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ה' הידיעה למילה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שם התואר לשם העצם במין, במספר וביידוע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מבטאת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מקשרת בין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איך עושים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מחליפה שם של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את הילדים?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שהוא מתאר במין, במספר וביידוע.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מתארת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יכול להחליף שם עצם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תמיד מתאר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הספרים המעניינים, שם התואר ביידוע כי שם העצם מיודע.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ה__________ קראה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רצו __________ אל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התלמיד ישב __________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הולכת לבית הספר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הכלבים ה__________ נבחו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תואר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למה המילה גדול היא שם 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שם התואר מתאים לשם העצם ברבים נקבה.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 ההבדל בין פועל לתואר הפועל.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שבכל אחד מהם שם תואר מתאים לשם העצם במין, במספר וביידוע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וכתבו לידו שלושה שמות תואר מתאימים, כולל הטיה למין ולמספר הנכונים.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ולמילה שהיא מקשרת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שם תואר שמתאים לשם עצם ברבים זכר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עצם לכינוי 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