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תואר, פועל, תואר הפועל, מילת יחס וכינוי גוף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תואר לשם עצם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עם חלקי דיבר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קופץ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מילת יחס מקשרת בין מילים ומראה יחס, לא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כינוי גוף בא במקום שם של אדם או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תואר הפועל מתאר פועל או פעולה, לא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מתקיימת ההתאמה ביידוע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(תואר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(מילת יחס)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מתארת שם עצם ומראה איך הוא נראה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הבנות החכמות 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פועל מבטא פעולה, תואר הפועל מתאר איך נעשית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בדיקה: התאמה נכונה במין, מספר ויידוע בכל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בדיקה: שלושה תארים מתאימים עם הטיה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כמו עם, על, ל שמקשרת בין שתי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התאמה נכונה ברבים 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דבר, כינוי גוף מחליף שם של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בסבב קצר של זיהוי חלקי דיבר ממשפטים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כדי לתרגל הסבר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להתחיל מהחלק של זיהוי בסיסי ולדלג על חלק הכתיבה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חלקי הדיבר השונים בעברית – שם עצם, שם תואר, פועל, תואר הפועל, מילת יחס וכינוי גוף. נשים לב במיוחד להתאמה בין שם התואר לשם העצם במין, במספר וביידוע.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מהמילים הבאות יש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מילת היחס במשפט: הילדה הלכה עם אמא?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כינוי גוף מתאים למשפט: ___ הולך לבית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במשפט הילדים הגדולים שיחקו בחצר, מהו שם התואר?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שהוא מתאר במין, במספר וביידוע.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מתארת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יכול להחליף שם עצם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תמיד מתאר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הספרים המעניינים, שם התואר ביידוע כי שם העצם מיודע.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ה__________ קראה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רצו __________ אל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התלמיד ישב __________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הולכת לבית הספר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הכלבים ה__________ נבחו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תואר הפועל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למה המילה גדול היא שם 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שם התואר מתאים לשם העצם ברבים נקבה.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מה ההבדל בין פועל לתואר הפועל.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שבכל אחד מהם שם תואר מתאים לשם העצם במין, במספר וביידוע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וכתבו לידו שלושה שמות תואר מתאימים, כולל הטיה למין ולמספר הנכונים.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ולמילה שהיא מקשרת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שם תואר שמתאים לשם עצם ברבים זכר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עצם לכינוי 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